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37159" w14:textId="08C268A9" w:rsidR="003B52A7" w:rsidRPr="000516A1" w:rsidRDefault="00650606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FCF4CB" wp14:editId="2535CEB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66850" cy="1168400"/>
            <wp:effectExtent l="0" t="0" r="0" b="0"/>
            <wp:wrapThrough wrapText="bothSides">
              <wp:wrapPolygon edited="0">
                <wp:start x="0" y="0"/>
                <wp:lineTo x="0" y="3874"/>
                <wp:lineTo x="4208" y="5635"/>
                <wp:lineTo x="0" y="10565"/>
                <wp:lineTo x="0" y="11622"/>
                <wp:lineTo x="2805" y="16904"/>
                <wp:lineTo x="0" y="17961"/>
                <wp:lineTo x="0" y="21130"/>
                <wp:lineTo x="3086" y="21130"/>
                <wp:lineTo x="18514" y="21130"/>
                <wp:lineTo x="21319" y="21130"/>
                <wp:lineTo x="21319" y="18665"/>
                <wp:lineTo x="17112" y="16904"/>
                <wp:lineTo x="18514" y="12678"/>
                <wp:lineTo x="18514" y="11270"/>
                <wp:lineTo x="21319" y="10565"/>
                <wp:lineTo x="21319" y="9509"/>
                <wp:lineTo x="17392" y="5283"/>
                <wp:lineTo x="15148" y="2113"/>
                <wp:lineTo x="12623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52A7" w:rsidRPr="000516A1">
        <w:rPr>
          <w:rFonts w:asciiTheme="majorHAnsi" w:eastAsia="Times New Roman" w:hAnsiTheme="majorHAnsi" w:cstheme="majorHAnsi"/>
          <w:color w:val="000000"/>
          <w:sz w:val="18"/>
          <w:szCs w:val="18"/>
          <w:lang w:val="pl-PL" w:eastAsia="pl-PL"/>
        </w:rPr>
        <w:t xml:space="preserve">Załącznik nr 2 do </w:t>
      </w:r>
      <w:r w:rsidR="003B52A7"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 xml:space="preserve">Programu </w:t>
      </w:r>
    </w:p>
    <w:p w14:paraId="4CC6E99C" w14:textId="63748941" w:rsidR="00650606" w:rsidRPr="00650606" w:rsidRDefault="003B52A7" w:rsidP="00650606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bookmarkStart w:id="0" w:name="_Hlk143082047"/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Ministra Rodziny, Pracy i Polityki Społecznej</w:t>
      </w:r>
      <w:bookmarkEnd w:id="0"/>
    </w:p>
    <w:p w14:paraId="490840B2" w14:textId="6C237181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„Asystent osobisty osoby z niepełnosprawnością” dla Jednostek Samorządu Terytorialnego - edycja 2027</w:t>
      </w:r>
    </w:p>
    <w:p w14:paraId="29594D64" w14:textId="0E3BE3EC" w:rsidR="003B52A7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i/>
          <w:sz w:val="24"/>
          <w:szCs w:val="20"/>
          <w:lang w:val="pl-PL"/>
        </w:rPr>
      </w:pPr>
    </w:p>
    <w:p w14:paraId="284E0D0D" w14:textId="77777777" w:rsidR="00650606" w:rsidRDefault="00650606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  <w:lang w:val="pl-PL"/>
        </w:rPr>
      </w:pPr>
    </w:p>
    <w:p w14:paraId="7F19F529" w14:textId="47EB48A0" w:rsidR="00CD12B9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Kart</w:t>
      </w:r>
      <w:r w:rsidR="003052A7"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a</w:t>
      </w: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 xml:space="preserve"> oceny indywidualnej sytuacji osoby z niepełnosprawnością do Programu „Asystent osobisty osoby z niepełnosprawnością” dla Jednostek Samorządu Terytorialnego - edycja 2027</w:t>
      </w:r>
    </w:p>
    <w:p w14:paraId="6CB233B1" w14:textId="165DB570" w:rsidR="009F3AE3" w:rsidRPr="000516A1" w:rsidRDefault="009F3AE3" w:rsidP="002C4A33">
      <w:pPr>
        <w:spacing w:line="360" w:lineRule="auto"/>
        <w:rPr>
          <w:rFonts w:asciiTheme="majorHAnsi" w:hAnsiTheme="majorHAnsi" w:cstheme="majorHAnsi"/>
          <w:i/>
          <w:sz w:val="21"/>
          <w:szCs w:val="21"/>
          <w:lang w:val="pl-PL"/>
        </w:rPr>
      </w:pPr>
      <w:r w:rsidRPr="000516A1">
        <w:rPr>
          <w:rFonts w:asciiTheme="majorHAnsi" w:hAnsiTheme="majorHAnsi" w:cstheme="majorHAnsi"/>
          <w:b/>
          <w:i/>
          <w:sz w:val="21"/>
          <w:szCs w:val="21"/>
          <w:lang w:val="pl-PL"/>
        </w:rPr>
        <w:t xml:space="preserve">Uwaga: </w:t>
      </w:r>
      <w:r w:rsidRPr="000516A1">
        <w:rPr>
          <w:rFonts w:asciiTheme="majorHAnsi" w:hAnsiTheme="majorHAnsi" w:cstheme="majorHAnsi"/>
          <w:bCs/>
          <w:i/>
          <w:sz w:val="21"/>
          <w:szCs w:val="21"/>
          <w:lang w:val="pl-PL"/>
        </w:rPr>
        <w:t>Niniejsza Karta oceny indywidualnej sytuacji osoby z niepełnosprawnością wypełniana jest przez realizatora Programu.</w:t>
      </w:r>
    </w:p>
    <w:p w14:paraId="44CCD71D" w14:textId="254262AE" w:rsidR="003B52A7" w:rsidRPr="000516A1" w:rsidRDefault="00AD54CC" w:rsidP="002C4A33">
      <w:pPr>
        <w:rPr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DANE 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OSOBY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WNIOSKUJĄCE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J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 UDZIAŁ W PROGRAMIE „ASYSTENT OSOBISTY OSOBY Z NIEPEŁNOSPRAWNOŚCIĄ” DLA JEDNOSTEK SAMORZĄDU TERYTORIALNEGO - EDYCJA 2027, ZWANEGO DALEJ „PROGRAMEM”:</w:t>
      </w:r>
      <w:r w:rsidRPr="000516A1">
        <w:rPr>
          <w:rFonts w:asciiTheme="majorHAnsi" w:hAnsiTheme="majorHAnsi" w:cstheme="majorHAnsi"/>
          <w:lang w:val="pl-PL"/>
        </w:rPr>
        <w:t xml:space="preserve"> </w:t>
      </w:r>
    </w:p>
    <w:p w14:paraId="22D6BB91" w14:textId="1CEE77DA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1.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Imię i nazwisko: …………………………………………...................................................………….......………………………………….</w:t>
      </w:r>
    </w:p>
    <w:p w14:paraId="7DD4ED34" w14:textId="62BCFD13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2.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Data urodzenia: …………………………….…...................…….................………...............................................………………..</w:t>
      </w:r>
    </w:p>
    <w:p w14:paraId="576408E1" w14:textId="61825237" w:rsidR="00CD12B9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3.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Adres zamieszkania: …………………………….…...................…….................………...............................................………….</w:t>
      </w:r>
    </w:p>
    <w:p w14:paraId="71A1EFE1" w14:textId="0B7D1487" w:rsidR="00AD54CC" w:rsidRPr="000516A1" w:rsidRDefault="00AD54CC" w:rsidP="00AD54CC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II. SPOSÓB PRZEPROWADZ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E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NIA OCENY:</w:t>
      </w:r>
    </w:p>
    <w:p w14:paraId="33B578C1" w14:textId="6B1E9C19" w:rsidR="00CD12B9" w:rsidRPr="000516A1" w:rsidRDefault="00AD54CC" w:rsidP="002C4A33">
      <w:pPr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1.</w:t>
      </w:r>
      <w:r w:rsidRPr="000516A1">
        <w:rPr>
          <w:rFonts w:asciiTheme="majorHAnsi" w:hAnsiTheme="majorHAnsi" w:cstheme="majorHAnsi"/>
          <w:sz w:val="22"/>
          <w:lang w:val="pl-PL"/>
        </w:rPr>
        <w:tab/>
      </w:r>
      <w:r w:rsidRPr="000516A1">
        <w:rPr>
          <w:rFonts w:asciiTheme="majorHAnsi" w:hAnsiTheme="majorHAnsi" w:cstheme="majorHAnsi"/>
          <w:bCs/>
          <w:sz w:val="22"/>
          <w:lang w:val="pl-PL"/>
        </w:rPr>
        <w:t>Oceny dokonano na podstawie:</w:t>
      </w:r>
    </w:p>
    <w:p w14:paraId="53E655DC" w14:textId="06586D81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K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arty zgłoszenia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 Programu</w:t>
      </w:r>
    </w:p>
    <w:p w14:paraId="67DFE49C" w14:textId="22194B40" w:rsidR="002207BB" w:rsidRPr="000516A1" w:rsidRDefault="00AD54CC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dokumentacji </w:t>
      </w:r>
      <w:r w:rsidR="002207BB" w:rsidRPr="003D52E0">
        <w:rPr>
          <w:rFonts w:asciiTheme="majorHAnsi" w:eastAsiaTheme="minorHAnsi" w:hAnsiTheme="majorHAnsi" w:cstheme="majorHAnsi"/>
          <w:sz w:val="22"/>
          <w:lang w:val="pl-PL"/>
        </w:rPr>
        <w:t>przedłożonej przez osobę z niepełnosprawnością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 xml:space="preserve"> (opiekuna prawnego)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</w:p>
    <w:p w14:paraId="1312ECDF" w14:textId="6F85A86C" w:rsidR="00AD54CC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F2677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BAF6E7A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342E056E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B11D09" w14:textId="6CA0E99A" w:rsidR="00B23A3B" w:rsidRPr="000516A1" w:rsidRDefault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E56C600" w14:textId="142A3718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dokumentacji znajdującej się w posiadaniu 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>realizatora Programu:</w:t>
      </w:r>
    </w:p>
    <w:p w14:paraId="21F6D507" w14:textId="424F2244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0516A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5573E05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4EF2FC70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EB15A" w14:textId="11339D37" w:rsidR="002207BB" w:rsidRPr="000516A1" w:rsidRDefault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068C943" w14:textId="646F6FB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rozmowy z osobą z niepełnosprawnością lub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jej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opiekunem prawnym</w:t>
      </w:r>
    </w:p>
    <w:p w14:paraId="6EFDDB77" w14:textId="2EF3A12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informacji uzyskanych podczas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wizyty w miejscu zamieszkania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osoby z niepełnosprawnością</w:t>
      </w:r>
    </w:p>
    <w:p w14:paraId="327DD70D" w14:textId="0EF307DB" w:rsidR="000E3BB2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innych 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źródeł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  <w:r w:rsidR="00761B0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</w:p>
    <w:p w14:paraId="16509CA0" w14:textId="2AA972D5" w:rsidR="000E3BB2" w:rsidRPr="005536CE" w:rsidRDefault="000E3BB2">
      <w:pPr>
        <w:rPr>
          <w:rFonts w:asciiTheme="majorHAnsi" w:eastAsiaTheme="minorHAnsi" w:hAnsiTheme="majorHAnsi" w:cstheme="majorHAnsi"/>
          <w:i/>
          <w:iCs/>
          <w:sz w:val="22"/>
          <w:lang w:val="pl-PL"/>
        </w:rPr>
      </w:pP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(proszę wskazać jaki</w:t>
      </w:r>
      <w:r>
        <w:rPr>
          <w:rFonts w:asciiTheme="majorHAnsi" w:eastAsiaTheme="minorHAnsi" w:hAnsiTheme="majorHAnsi" w:cstheme="majorHAnsi"/>
          <w:i/>
          <w:iCs/>
          <w:sz w:val="22"/>
          <w:lang w:val="pl-PL"/>
        </w:rPr>
        <w:t>ch</w:t>
      </w: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)</w:t>
      </w:r>
    </w:p>
    <w:p w14:paraId="1BD9530D" w14:textId="20AFE0D2" w:rsidR="00CD12B9" w:rsidRPr="000516A1" w:rsidRDefault="00761B04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.......................................................................................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</w:t>
      </w:r>
    </w:p>
    <w:p w14:paraId="0DF24036" w14:textId="61453B04" w:rsidR="00AD54CC" w:rsidRPr="000516A1" w:rsidRDefault="00AD54CC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C6D78" w14:textId="019A148A" w:rsidR="00D03A5E" w:rsidRPr="000516A1" w:rsidRDefault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1A4D1EF" w14:textId="77777777" w:rsidR="00802740" w:rsidRDefault="00802740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</w:p>
    <w:p w14:paraId="4B64DE98" w14:textId="4ADCBF54" w:rsidR="00CE187A" w:rsidRPr="000516A1" w:rsidRDefault="002517B8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lastRenderedPageBreak/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 xml:space="preserve">Opis przebiegu oceny: </w:t>
      </w:r>
    </w:p>
    <w:p w14:paraId="51A65E7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2A809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7552F0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FB89C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E20AF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CB4D85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69AC1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53E612" w14:textId="2076023E" w:rsidR="00CD12B9" w:rsidRPr="000516A1" w:rsidRDefault="002517B8" w:rsidP="003B52A7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</w:t>
      </w:r>
      <w:r w:rsidR="00C64D84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POTRZEB </w:t>
      </w:r>
      <w:r w:rsidR="00535676" w:rsidRPr="000516A1">
        <w:rPr>
          <w:rFonts w:asciiTheme="majorHAnsi" w:hAnsiTheme="majorHAnsi" w:cstheme="majorHAnsi"/>
          <w:b/>
          <w:sz w:val="24"/>
          <w:szCs w:val="24"/>
          <w:lang w:val="pl-PL"/>
        </w:rPr>
        <w:t>OSOBY Z NIEPEŁNOSPRAWNOŚCIĄ WYMAGAJĄCEJ WSPARCIA ASYSTENTA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787E8AF6" w14:textId="6A40CA0E" w:rsidR="002517B8" w:rsidRPr="005536CE" w:rsidRDefault="002517B8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Dla każdego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poniższych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obszar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ów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należy określić poziom potrzeby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>osoby wnioskującej</w:t>
      </w:r>
      <w:r w:rsidR="00E9363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o udział w Programie</w:t>
      </w:r>
      <w:r w:rsidR="00D03A5E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70EAC33D" w14:textId="41206732" w:rsidR="007E7A35" w:rsidRPr="005536CE" w:rsidRDefault="00DE7B42" w:rsidP="00C64D84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Przy dokonywaniu oceny należy uwzględnić zakres i częstotliwość potrzebnego wsparcia asystenta w danym obszarze. Ocenie podlegają potrzeby wsparcia pozostające w związku z niepełnosprawnością osoby wnioskującej o udział w Programie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W przypadku np. dzieci należy brać pod uwagę wyłącznie potrzeby wsparcia </w:t>
      </w:r>
      <w:r w:rsidR="00E45E2B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wynikające z ich niepełnosprawności,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>wykraczające poza zakres pomocy właściwy dla dziecka w porównywalnym wieku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</w:t>
      </w:r>
    </w:p>
    <w:p w14:paraId="78E9ED11" w14:textId="28200EF6" w:rsidR="00C64D84" w:rsidRPr="005536CE" w:rsidRDefault="00B531F6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Ocenę należy przeprowadzić z zastosowaniem następującej skali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:</w:t>
      </w:r>
    </w:p>
    <w:p w14:paraId="6C9C3E99" w14:textId="6280E503" w:rsidR="00C64D84" w:rsidRPr="005536CE" w:rsidRDefault="00C64D84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brak potrzeby wsparcia (0 pkt) - </w:t>
      </w:r>
      <w:r w:rsidR="000516A1" w:rsidRPr="005536CE">
        <w:rPr>
          <w:rFonts w:asciiTheme="majorHAnsi" w:hAnsiTheme="majorHAnsi" w:cstheme="majorHAnsi"/>
          <w:i/>
          <w:iCs/>
          <w:sz w:val="22"/>
          <w:szCs w:val="22"/>
        </w:rPr>
        <w:t>osoba nie potrzebuje wsparcia asystenta w danym obszarze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11A7236" w14:textId="7ACF2F32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umiarkowana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(1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niektórych czynnościach, okresowo lub w określonych sytuacjach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316790C" w14:textId="19DE6F5D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wysoka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(2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wielu czynnościach, często lub regularnie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2BDF1E2F" w14:textId="22C6B487" w:rsidR="002517B8" w:rsidRPr="003D52E0" w:rsidRDefault="002517B8" w:rsidP="002C4A33">
      <w:pPr>
        <w:spacing w:before="24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>Czynności samoobsługowe, w tym utrzymanie higieny osobistej</w:t>
      </w:r>
      <w:r w:rsidR="00E40248" w:rsidRPr="000516A1" w:rsidDel="00E40248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8AD80DC" w14:textId="0961E0C7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bookmarkStart w:id="1" w:name="_Hlk237964782"/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 xml:space="preserve"> (0 pkt)</w:t>
      </w:r>
    </w:p>
    <w:p w14:paraId="5335470C" w14:textId="269D46A1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umiarkowana potrzeba wsparcia 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3DF36A01" w14:textId="182DE579" w:rsidR="001728C8" w:rsidRPr="003D52E0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bookmarkEnd w:id="1"/>
    <w:p w14:paraId="387C0B5B" w14:textId="0325B94E" w:rsidR="00CE5086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3F1EE2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>: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CE5086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</w:t>
      </w:r>
    </w:p>
    <w:p w14:paraId="0364ED20" w14:textId="65B9ECDB" w:rsidR="002517B8" w:rsidRPr="000516A1" w:rsidRDefault="003F1EE2" w:rsidP="005536CE">
      <w:pPr>
        <w:spacing w:before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2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5E2B" w:rsidRPr="00E45E2B">
        <w:rPr>
          <w:rFonts w:asciiTheme="majorHAnsi" w:hAnsiTheme="majorHAnsi" w:cstheme="majorHAnsi"/>
          <w:bCs/>
          <w:sz w:val="22"/>
          <w:lang w:val="pl-PL"/>
        </w:rPr>
        <w:t>Wykonywanie codziennych czynności związanych z funkcjonowaniem w domu i rodzinie</w:t>
      </w:r>
    </w:p>
    <w:p w14:paraId="60229502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9BB4EAF" w14:textId="28C06BAC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="000516A1" w:rsidRPr="003D52E0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11C66B11" w14:textId="78EF5E5A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04061657" w14:textId="74A4F3F3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6DE61F" w14:textId="7E741A9F" w:rsidR="002517B8" w:rsidRPr="000516A1" w:rsidRDefault="003F1EE2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lastRenderedPageBreak/>
        <w:t>3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  <w:t>Przemieszczanie się</w:t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 poza miejscem zamieszkania</w:t>
      </w:r>
    </w:p>
    <w:p w14:paraId="016FA57A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BFC0DF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7FB1C04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7C35320D" w14:textId="77C32405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D011D9" w14:textId="5E6331FF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4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CB5637" w:rsidRPr="000516A1">
        <w:rPr>
          <w:rFonts w:asciiTheme="majorHAnsi" w:hAnsiTheme="majorHAnsi" w:cstheme="majorHAnsi"/>
          <w:bCs/>
          <w:sz w:val="22"/>
          <w:lang w:val="pl-PL"/>
        </w:rPr>
        <w:t>Komunikowanie się z innymi osobami, w tym wyrażanie swoich potrzeb oraz rozumienie i przekazywanie informacji</w:t>
      </w:r>
    </w:p>
    <w:p w14:paraId="7612A7D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1C616B11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605520D3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11C592E2" w14:textId="572A118F" w:rsidR="003F1EE2" w:rsidRPr="000516A1" w:rsidRDefault="003F1EE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62009B" w14:textId="0849A8BA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5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Uczestnictwo w życiu społecznym </w:t>
      </w:r>
      <w:r w:rsidR="00102496">
        <w:rPr>
          <w:rFonts w:asciiTheme="majorHAnsi" w:hAnsiTheme="majorHAnsi" w:cstheme="majorHAnsi"/>
          <w:bCs/>
          <w:sz w:val="22"/>
          <w:lang w:val="pl-PL"/>
        </w:rPr>
        <w:t>(np.</w:t>
      </w:r>
      <w:r w:rsidR="00B531F6" w:rsidRPr="003D52E0">
        <w:rPr>
          <w:rFonts w:asciiTheme="majorHAnsi" w:hAnsiTheme="majorHAnsi" w:cstheme="majorHAnsi"/>
          <w:bCs/>
          <w:sz w:val="22"/>
          <w:lang w:val="pl-PL"/>
        </w:rPr>
        <w:t xml:space="preserve"> podejmowanie aktywności społecznej, edukacyjnej, zawodowej lub kulturalnej</w:t>
      </w:r>
      <w:r w:rsidR="00102496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0554FB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05E14AC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2EFF87F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42EDB57E" w14:textId="4A30D23B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D1613" w14:textId="439E42CA" w:rsidR="00B6776F" w:rsidRPr="000516A1" w:rsidRDefault="00E40248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Łączna liczba punktów uzyskanych w</w:t>
      </w:r>
      <w:r w:rsidRPr="000516A1" w:rsidDel="00E40248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III: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/10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3930A07A" w14:textId="1EFCDFFF" w:rsidR="00D03A5E" w:rsidRPr="000516A1" w:rsidRDefault="00D03A5E" w:rsidP="00D03A5E">
      <w:pPr>
        <w:spacing w:before="240"/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. 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POZIOM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>U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SAMODZIELNOŚCI</w:t>
      </w:r>
      <w:r w:rsidR="007F52AD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OSOBY Z NIEPEŁNOSPRAWNOŚCIĄ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363B362A" w14:textId="5243F693" w:rsidR="00967F08" w:rsidRPr="005536CE" w:rsidRDefault="00553B07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bCs/>
          <w:i/>
          <w:iCs/>
          <w:sz w:val="22"/>
        </w:rPr>
      </w:pPr>
      <w:r w:rsidRPr="005536CE">
        <w:rPr>
          <w:rFonts w:asciiTheme="majorHAnsi" w:hAnsiTheme="majorHAnsi" w:cstheme="majorHAnsi"/>
          <w:bCs/>
          <w:i/>
          <w:iCs/>
          <w:sz w:val="22"/>
        </w:rPr>
        <w:t>Oceny poziomu samodzielności osoby wnioskującej o udział w Programie należy dokonać z uwzględnieniem zakresu samodzielnie wykonywanych czynności życia codziennego, stopnia niezbędnego udziału osoby wspierającej, częstotliwości potrzeby bezpośredniego wsparcia oraz zdolności do samodzielnego funkcjonowania w znanych, nowych lub zmieniających się sytuacjach i warunkach</w:t>
      </w:r>
      <w:r w:rsidR="00E9363D" w:rsidRPr="005536CE">
        <w:rPr>
          <w:rFonts w:asciiTheme="majorHAnsi" w:hAnsiTheme="majorHAnsi" w:cstheme="majorHAnsi"/>
          <w:bCs/>
          <w:i/>
          <w:iCs/>
          <w:sz w:val="22"/>
        </w:rPr>
        <w:t>.</w:t>
      </w:r>
    </w:p>
    <w:p w14:paraId="653E8A1C" w14:textId="63171D8C" w:rsidR="00AA5214" w:rsidRPr="005536CE" w:rsidRDefault="00AA5214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Przy ocenie poziomu samodzielności należy brać pod uwagę ograniczenia wynikające z niepełnosprawności, a nie np. z wieku osoby. W przypadku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np.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dzieci </w:t>
      </w:r>
      <w:r w:rsidR="00C51922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niepełnosprawnością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należy uwzględnić, czy potrzebują one większego wsparcia niż inne dzieci w podobnym wieku.</w:t>
      </w:r>
    </w:p>
    <w:p w14:paraId="2F7ABAB6" w14:textId="7307F4D9" w:rsidR="00D03A5E" w:rsidRPr="000516A1" w:rsidRDefault="00D03A5E" w:rsidP="002C4A33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1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Zakres samodzielnego wykonywania czynności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180AA0E" w14:textId="0CF25BD0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</w:t>
      </w:r>
      <w:r w:rsidR="00912F58">
        <w:rPr>
          <w:rFonts w:asciiTheme="majorHAnsi" w:eastAsiaTheme="minorHAnsi" w:hAnsiTheme="majorHAnsi" w:cstheme="majorHAnsi"/>
          <w:sz w:val="22"/>
          <w:lang w:val="pl-PL"/>
        </w:rPr>
        <w:t xml:space="preserve">czynności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samodzielnie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1008A186" w14:textId="0E33AC24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część czynności osoba wykonuje samodzielnie, a przy pozostałych wymaga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1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36293B44" w14:textId="2F9EAF2D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przy wykonywaniu większości czynności osoba wymaga bezpośredniego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2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03760D92" w14:textId="7A2D0353" w:rsidR="00B6776F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….……………………………………………………………………………………………………………………………………………………………………………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6D37246" w14:textId="73731A4A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lastRenderedPageBreak/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Stopień samodzielności przy wykonywaniu czynności wymagających wsparcia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202E89F7" w14:textId="1D6F68F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zasadniczo samodzielnie, a udział osoby wspierającej jest niewielki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346F8D4A" w14:textId="47E28240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częściowo samodzielnie, przy istotnym udziale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368C3171" w14:textId="4709424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wykonanie czynności wymaga w przeważającym zakresie bezpośredniego udziału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37F56099" w14:textId="7CD5BB6C" w:rsidR="005D5031" w:rsidRPr="000516A1" w:rsidRDefault="005D5031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552034C4" w14:textId="462BDD8F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3.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AA5214" w:rsidRPr="000516A1">
        <w:rPr>
          <w:rFonts w:asciiTheme="majorHAnsi" w:hAnsiTheme="majorHAnsi" w:cstheme="majorHAnsi"/>
          <w:bCs/>
          <w:sz w:val="22"/>
          <w:lang w:val="pl-PL"/>
        </w:rPr>
        <w:t>Częstotliwość korzystania ze wsparcia innej osoby</w:t>
      </w:r>
    </w:p>
    <w:p w14:paraId="118B46E6" w14:textId="0372BE0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tylko od czasu do czasu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272B99C8" w14:textId="1CADCD2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w niektórych sytuacjach lub przy części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4EB75849" w14:textId="1841709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często, przy większości wykonywanych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5DA8E9A5" w14:textId="6EA4511B" w:rsidR="005D5031" w:rsidRPr="000516A1" w:rsidRDefault="005D5031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7DD6A0D9" w14:textId="02D6E0FB" w:rsidR="00CD382F" w:rsidRPr="000516A1" w:rsidRDefault="00CD382F" w:rsidP="00CD382F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4.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>Samodzielne funkcjonowanie w znanych i nowych warunkach</w:t>
      </w:r>
    </w:p>
    <w:p w14:paraId="2DE5A3FD" w14:textId="01A7FEC7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zachowuje samodzielność zarówno w znanych, jak i nowych lub zmieniających się sytuacjach i warunkach (0 pkt)</w:t>
      </w:r>
    </w:p>
    <w:p w14:paraId="5DD0DDD3" w14:textId="3A68115B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funkcjonuje samodzielnie lub z niewielkim wsparciem w znanych sobie sytuacjach i warunkach, natomiast w nowych lub zmieniających się sytuacjach wymaga większego wsparcia innej osoby (1 pkt)</w:t>
      </w:r>
    </w:p>
    <w:p w14:paraId="30DADB58" w14:textId="6B2AAB53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wymaga znacznego wsparcia innej osoby również w znanych sobie sytuacjach i warunkach, a w nowych lub zmieniających się sytuacjach zakres potrzebnego wsparcia może być jeszcze większy (2 pkt)</w:t>
      </w:r>
    </w:p>
    <w:p w14:paraId="07C89CE9" w14:textId="3383E226" w:rsidR="00CD382F" w:rsidRPr="000516A1" w:rsidRDefault="00CD382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20E80FFA" w14:textId="504C3534" w:rsidR="005D5031" w:rsidRPr="000516A1" w:rsidRDefault="00EC72F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IV: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</w:t>
      </w:r>
      <w:r w:rsidR="00CD382F" w:rsidRPr="000516A1">
        <w:rPr>
          <w:rFonts w:asciiTheme="majorHAnsi" w:eastAsiaTheme="minorHAnsi" w:hAnsiTheme="majorHAnsi" w:cstheme="majorHAnsi"/>
          <w:sz w:val="22"/>
          <w:lang w:val="pl-PL"/>
        </w:rPr>
        <w:t>8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1D3CC97F" w14:textId="5AD79589" w:rsidR="00D03A5E" w:rsidRDefault="00D03A5E" w:rsidP="00912F58">
      <w:pPr>
        <w:spacing w:before="240" w:after="120"/>
        <w:rPr>
          <w:rFonts w:asciiTheme="majorHAnsi" w:hAnsiTheme="majorHAnsi" w:cstheme="majorHAnsi"/>
          <w:b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 xml:space="preserve">V. </w:t>
      </w:r>
      <w:r w:rsidR="004C4133" w:rsidRPr="004C4133">
        <w:rPr>
          <w:rFonts w:asciiTheme="majorHAnsi" w:hAnsiTheme="majorHAnsi" w:cstheme="majorHAnsi"/>
          <w:b/>
          <w:sz w:val="22"/>
          <w:lang w:val="pl-PL"/>
        </w:rPr>
        <w:t>OCENA DOSTĘPNOŚCI POMOCY ZE STRONY INNYCH OSÓB LUB PODMIOTÓW</w:t>
      </w:r>
      <w:r w:rsidRPr="003D52E0">
        <w:rPr>
          <w:rFonts w:asciiTheme="majorHAnsi" w:hAnsiTheme="majorHAnsi" w:cstheme="majorHAnsi"/>
          <w:b/>
          <w:sz w:val="22"/>
          <w:lang w:val="pl-PL"/>
        </w:rPr>
        <w:t>:</w:t>
      </w:r>
    </w:p>
    <w:p w14:paraId="42B56C4E" w14:textId="2E4B2C5D" w:rsidR="007E01F3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Przy dokonywaniu oceny należy uwzględnić pomoc realnie dostępną i faktycznie świadczoną osobie wnioskującej. Ocenie podlega w szczególności częstotliwość i regularność udzielanej pomocy, możliwość uzyskania jej w czasie, w którym jest potrzebna, oraz stopień, w jakim odpowiada ona potrzebom osoby. Należy uwzględnić również pomoc świadczoną przez instytucje i inne podmioty, w szczególności jednostki organizacyjne pomocy społecznej.</w:t>
      </w:r>
    </w:p>
    <w:p w14:paraId="5D28A36D" w14:textId="17BA8D25" w:rsidR="00C95E35" w:rsidRPr="005536CE" w:rsidRDefault="00C95E3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Sam fakt wspólnego zamieszkiwania z inną osobą nie oznacza, że osoba wnioskująca ma możliwość uzyskania od niej pomocy.</w:t>
      </w:r>
    </w:p>
    <w:p w14:paraId="6AC58002" w14:textId="7F56AF6E" w:rsidR="00BF7F15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Zaznaczenie w pkt 1 odpowiedzi „nikt” oznacza przyznanie 6 pkt w części V. W takim przypadku nie wypełnia się pkt 2–4 i należy przejść do części VI. Odpowiedzi „nikt” nie można zaznaczyć łącznie z innymi odpowiedziami w pkt 1.</w:t>
      </w:r>
    </w:p>
    <w:p w14:paraId="198CA0BA" w14:textId="43FAF877" w:rsidR="00B23A3B" w:rsidRDefault="00D03A5E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3D52E0">
        <w:rPr>
          <w:rFonts w:asciiTheme="majorHAnsi" w:hAnsiTheme="majorHAnsi" w:cstheme="majorHAnsi"/>
          <w:bCs/>
          <w:sz w:val="22"/>
          <w:lang w:val="pl-PL"/>
        </w:rPr>
        <w:t>1.</w:t>
      </w:r>
      <w:r w:rsidRPr="003D52E0">
        <w:rPr>
          <w:rFonts w:asciiTheme="majorHAnsi" w:hAnsiTheme="majorHAnsi" w:cstheme="majorHAnsi"/>
          <w:bCs/>
          <w:sz w:val="22"/>
          <w:lang w:val="pl-PL"/>
        </w:rPr>
        <w:tab/>
      </w:r>
      <w:r w:rsidR="00C95E35" w:rsidRPr="00C95E35">
        <w:rPr>
          <w:rFonts w:asciiTheme="majorHAnsi" w:hAnsiTheme="majorHAnsi" w:cstheme="majorHAnsi"/>
          <w:bCs/>
          <w:sz w:val="22"/>
          <w:lang w:val="pl-PL"/>
        </w:rPr>
        <w:t>Kto obecnie faktycznie udziela pomocy osobie wnioskującej</w:t>
      </w:r>
      <w:r w:rsidR="00C95E35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66CD5AE2" w14:textId="36565810" w:rsidR="00C95E35" w:rsidRDefault="00C95E35" w:rsidP="00C95E35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nikt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="00166654"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przejdź do części VI</w:t>
      </w:r>
      <w:r w:rsidR="00E46991">
        <w:rPr>
          <w:rFonts w:asciiTheme="majorHAnsi" w:hAnsiTheme="majorHAnsi" w:cstheme="majorHAnsi"/>
          <w:bCs/>
          <w:sz w:val="22"/>
          <w:lang w:val="pl-PL"/>
        </w:rPr>
        <w:t>)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="00E46991">
        <w:rPr>
          <w:rFonts w:asciiTheme="majorHAnsi" w:hAnsiTheme="majorHAnsi" w:cstheme="majorHAnsi"/>
          <w:bCs/>
          <w:sz w:val="22"/>
          <w:lang w:val="pl-PL"/>
        </w:rPr>
        <w:t>(</w:t>
      </w:r>
      <w:r w:rsidR="00166654">
        <w:rPr>
          <w:rFonts w:asciiTheme="majorHAnsi" w:hAnsiTheme="majorHAnsi" w:cstheme="majorHAnsi"/>
          <w:bCs/>
          <w:sz w:val="22"/>
          <w:lang w:val="pl-PL"/>
        </w:rPr>
        <w:t>6 pkt)</w:t>
      </w:r>
    </w:p>
    <w:p w14:paraId="2DAF8671" w14:textId="77777777" w:rsidR="00166654" w:rsidRPr="005C4CD1" w:rsidRDefault="00166654" w:rsidP="00166654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5C4CD1">
        <w:rPr>
          <w:rFonts w:asciiTheme="majorHAnsi" w:hAnsiTheme="majorHAnsi" w:cstheme="majorHAnsi"/>
          <w:bCs/>
          <w:sz w:val="22"/>
          <w:lang w:val="pl-PL"/>
        </w:rPr>
        <w:lastRenderedPageBreak/>
        <w:t>Uzasadnienie: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7E5171F" w14:textId="3BAB9258" w:rsidR="00BF7F15" w:rsidRPr="00912F58" w:rsidRDefault="00BF7F15" w:rsidP="00C95E35">
      <w:pPr>
        <w:spacing w:before="120" w:after="120"/>
        <w:ind w:left="425" w:hanging="425"/>
        <w:rPr>
          <w:rFonts w:ascii="Segoe UI Symbol" w:hAnsi="Segoe UI Symbol" w:cs="Segoe UI Symbol"/>
          <w:bCs/>
          <w:i/>
          <w:iCs/>
          <w:sz w:val="22"/>
          <w:lang w:val="pl-PL"/>
        </w:rPr>
      </w:pP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 xml:space="preserve">W przypadku poniższych opcji </w:t>
      </w:r>
      <w:r w:rsidRPr="003D52E0">
        <w:rPr>
          <w:rFonts w:asciiTheme="majorHAnsi" w:hAnsiTheme="majorHAnsi" w:cstheme="majorHAnsi"/>
          <w:bCs/>
          <w:i/>
          <w:iCs/>
          <w:sz w:val="22"/>
          <w:lang w:val="pl-PL"/>
        </w:rPr>
        <w:t>można zaznaczyć więcej niż jedną odpowiedź</w:t>
      </w: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>.</w:t>
      </w:r>
    </w:p>
    <w:p w14:paraId="6479A347" w14:textId="5300270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rodzina</w:t>
      </w:r>
    </w:p>
    <w:p w14:paraId="425A7FBE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osoby niespokrewnione wspólnie zamieszkujące</w:t>
      </w:r>
    </w:p>
    <w:p w14:paraId="34E95C62" w14:textId="1DECC219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osoby, np. znajomi lub sąsiedzi</w:t>
      </w:r>
    </w:p>
    <w:p w14:paraId="7789FD01" w14:textId="23BC4E00" w:rsidR="00C95E35" w:rsidRPr="00C95E35" w:rsidRDefault="00C95E35" w:rsidP="005536CE">
      <w:pPr>
        <w:spacing w:before="120" w:after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organizacyjna pomocy społecznej, np. OPS, CUS, PCPR,</w:t>
      </w:r>
      <w:r w:rsidR="00663128">
        <w:rPr>
          <w:rFonts w:asciiTheme="majorHAnsi" w:hAnsiTheme="majorHAnsi" w:cstheme="majorHAnsi"/>
          <w:bCs/>
          <w:sz w:val="22"/>
          <w:lang w:val="pl-PL"/>
        </w:rPr>
        <w:t xml:space="preserve"> MOPR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w tym w ramach świadczonych usług opiekuńczych lub specjalistycznych usług opiekuńczych</w:t>
      </w:r>
    </w:p>
    <w:p w14:paraId="617176A0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organizacja pozarządowa</w:t>
      </w:r>
    </w:p>
    <w:p w14:paraId="4411891C" w14:textId="2017C1A5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zapewniająca wsparcie, np. ŚDS, WTZ, ZAZ, COM</w:t>
      </w:r>
    </w:p>
    <w:p w14:paraId="153D7741" w14:textId="297D2E7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 lub podmioty faktycznie udzielające pomocy </w:t>
      </w:r>
      <w:r w:rsidR="005965C9">
        <w:rPr>
          <w:rFonts w:asciiTheme="majorHAnsi" w:hAnsiTheme="majorHAnsi" w:cstheme="majorHAnsi"/>
          <w:bCs/>
          <w:sz w:val="22"/>
          <w:lang w:val="pl-PL"/>
        </w:rPr>
        <w:t>(</w:t>
      </w:r>
      <w:r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jakie?</w:t>
      </w:r>
      <w:r w:rsidR="005965C9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A5C58BC" w14:textId="3E822613" w:rsidR="00C95E35" w:rsidRDefault="00C95E35" w:rsidP="00912F58">
      <w:pPr>
        <w:spacing w:before="120" w:after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………………………………………………………………………………………………………………</w:t>
      </w:r>
      <w:r w:rsidR="005965C9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</w:t>
      </w:r>
      <w:r w:rsidR="00F1438D">
        <w:rPr>
          <w:rFonts w:asciiTheme="majorHAnsi" w:hAnsiTheme="majorHAnsi" w:cstheme="majorHAnsi"/>
          <w:bCs/>
          <w:sz w:val="22"/>
          <w:lang w:val="pl-PL"/>
        </w:rPr>
        <w:t>……….</w:t>
      </w:r>
    </w:p>
    <w:p w14:paraId="3A68ED58" w14:textId="2DC1C9B8" w:rsidR="00815F1B" w:rsidRPr="00815F1B" w:rsidRDefault="00815F1B" w:rsidP="00815F1B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2. Jak </w:t>
      </w:r>
      <w:r w:rsidR="00102496">
        <w:rPr>
          <w:rFonts w:asciiTheme="majorHAnsi" w:hAnsiTheme="majorHAnsi" w:cstheme="majorHAnsi"/>
          <w:bCs/>
          <w:sz w:val="22"/>
          <w:lang w:val="pl-PL"/>
        </w:rPr>
        <w:t>często</w:t>
      </w: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 osoba wnioskująca otrzymuje wskazaną powyżej pomoc</w:t>
      </w:r>
      <w:r w:rsidR="00102496">
        <w:rPr>
          <w:rFonts w:asciiTheme="majorHAnsi" w:hAnsiTheme="majorHAnsi" w:cstheme="majorHAnsi"/>
          <w:bCs/>
          <w:sz w:val="22"/>
          <w:lang w:val="pl-PL"/>
        </w:rPr>
        <w:t xml:space="preserve"> od innych osób lub podmiotów</w:t>
      </w:r>
      <w:r w:rsidRPr="00815F1B">
        <w:rPr>
          <w:rFonts w:asciiTheme="majorHAnsi" w:hAnsiTheme="majorHAnsi" w:cstheme="majorHAnsi"/>
          <w:bCs/>
          <w:sz w:val="22"/>
          <w:lang w:val="pl-PL"/>
        </w:rPr>
        <w:t>?</w:t>
      </w:r>
    </w:p>
    <w:p w14:paraId="029FEB75" w14:textId="5EFF725E" w:rsidR="00FD660E" w:rsidRPr="00FD660E" w:rsidRDefault="00815F1B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="Segoe UI Symbol" w:hAnsi="Segoe UI Symbol" w:cs="Segoe UI Symbol"/>
          <w:bCs/>
          <w:sz w:val="22"/>
          <w:lang w:val="pl-PL"/>
        </w:rPr>
        <w:t>☐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regularnie i w sposób powtarzalny </w:t>
      </w:r>
      <w:r w:rsidR="00FD660E">
        <w:rPr>
          <w:rFonts w:asciiTheme="majorHAnsi" w:hAnsiTheme="majorHAnsi" w:cstheme="majorHAnsi"/>
          <w:bCs/>
          <w:sz w:val="22"/>
          <w:lang w:val="pl-PL"/>
        </w:rPr>
        <w:t>(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0 pkt</w:t>
      </w:r>
      <w:r w:rsidR="00FD660E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C189C54" w14:textId="243A4FD3" w:rsidR="00FD660E" w:rsidRP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okresowo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>ale z pewną powtarzalnością</w:t>
      </w:r>
      <w:r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Pr="00FD660E">
        <w:rPr>
          <w:rFonts w:asciiTheme="majorHAnsi" w:hAnsiTheme="majorHAnsi" w:cstheme="majorHAnsi"/>
          <w:bCs/>
          <w:sz w:val="22"/>
          <w:lang w:val="pl-PL"/>
        </w:rPr>
        <w:t>1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B6D7673" w14:textId="49220945" w:rsid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sporadycznie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bez stałej regularności </w:t>
      </w:r>
      <w:r>
        <w:rPr>
          <w:rFonts w:asciiTheme="majorHAnsi" w:hAnsiTheme="majorHAnsi" w:cstheme="majorHAnsi"/>
          <w:bCs/>
          <w:sz w:val="22"/>
          <w:lang w:val="pl-PL"/>
        </w:rPr>
        <w:t>(</w:t>
      </w:r>
      <w:r w:rsidRPr="00FD660E">
        <w:rPr>
          <w:rFonts w:asciiTheme="majorHAnsi" w:hAnsiTheme="majorHAnsi" w:cstheme="majorHAnsi"/>
          <w:bCs/>
          <w:sz w:val="22"/>
          <w:lang w:val="pl-PL"/>
        </w:rPr>
        <w:t>2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64895752" w14:textId="2AE6B2B0" w:rsidR="00EF3F0E" w:rsidRPr="000516A1" w:rsidRDefault="00EF3F0E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03C0975" w14:textId="77777777" w:rsidR="00951D73" w:rsidRPr="00166654" w:rsidRDefault="00951D73" w:rsidP="00912F58">
      <w:pPr>
        <w:spacing w:before="24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3. Czy osoba wnioskująca może uzyskać pomoc w czasie, w którym jej potrzebuje?</w:t>
      </w:r>
    </w:p>
    <w:p w14:paraId="6F01FD73" w14:textId="415EF834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zazwyczaj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w czasie, w którym jest potrzebna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0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038609" w14:textId="5B176977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tylko w określonych dniach, godzinach lub sytuacjach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1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ECC2DFE" w14:textId="1EDD2313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pomoc zazwyczaj nie jest dostępna w czasie, w którym jest potrzebna</w:t>
      </w:r>
      <w:r w:rsidR="00FD660E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2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78C37B" w14:textId="77777777" w:rsidR="00951D73" w:rsidRPr="00166654" w:rsidRDefault="00951D73" w:rsidP="00951D7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653F899D" w14:textId="07E66FE0" w:rsidR="00166654" w:rsidRPr="00912F58" w:rsidRDefault="00166654" w:rsidP="0016665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912F58">
        <w:rPr>
          <w:rFonts w:asciiTheme="majorHAnsi" w:eastAsiaTheme="minorHAnsi" w:hAnsiTheme="majorHAnsi" w:cstheme="majorHAnsi"/>
          <w:sz w:val="22"/>
          <w:lang w:val="pl-PL"/>
        </w:rPr>
        <w:t>4. W jakim stopniu otrzymywana pomoc odpowiada potrzebom osoby wnioskującej?</w:t>
      </w:r>
    </w:p>
    <w:p w14:paraId="7BB85387" w14:textId="0610E6A1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większości potrzeb osoby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(0 pkt)</w:t>
      </w:r>
    </w:p>
    <w:p w14:paraId="086139DD" w14:textId="2C35DCB0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części potrzeb osoby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1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65631167" w14:textId="1ED24D8E" w:rsidR="00D03A5E" w:rsidRPr="00166654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</w:t>
      </w:r>
      <w:r w:rsidR="00BF7F15" w:rsidRPr="00BF7F15">
        <w:rPr>
          <w:rFonts w:asciiTheme="majorHAnsi" w:eastAsiaTheme="minorHAnsi" w:hAnsiTheme="majorHAnsi" w:cstheme="majorHAnsi"/>
          <w:sz w:val="22"/>
          <w:lang w:val="pl-PL"/>
        </w:rPr>
        <w:t xml:space="preserve">odpowiada jedynie niewielkiej części potrzeb osoby wnioskującej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2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C8EE63C" w14:textId="7ABFBF36" w:rsidR="00F27C14" w:rsidRPr="00166654" w:rsidRDefault="00166654" w:rsidP="00EF3F0E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>Łączna liczba punktów uzyskanych w części V:</w:t>
      </w:r>
      <w:r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>……….</w:t>
      </w:r>
      <w:r w:rsidR="003F1EE2" w:rsidRPr="003D52E0">
        <w:rPr>
          <w:rFonts w:asciiTheme="majorHAnsi" w:eastAsiaTheme="minorHAnsi" w:hAnsiTheme="majorHAnsi" w:cstheme="majorHAnsi"/>
          <w:sz w:val="22"/>
          <w:lang w:val="pl-PL"/>
        </w:rPr>
        <w:t>/</w:t>
      </w:r>
      <w:r>
        <w:rPr>
          <w:rFonts w:asciiTheme="majorHAnsi" w:eastAsiaTheme="minorHAnsi" w:hAnsiTheme="majorHAnsi" w:cstheme="majorHAnsi"/>
          <w:sz w:val="22"/>
          <w:lang w:val="pl-PL"/>
        </w:rPr>
        <w:t>6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pkt. </w:t>
      </w:r>
    </w:p>
    <w:p w14:paraId="28F3D267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7BE43CB8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2CEFBCBA" w14:textId="2CDB80AD" w:rsidR="00F85714" w:rsidRPr="00166654" w:rsidRDefault="00F85714" w:rsidP="00912F58">
      <w:pPr>
        <w:spacing w:before="24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/>
          <w:sz w:val="24"/>
          <w:szCs w:val="24"/>
          <w:lang w:val="pl-PL"/>
        </w:rPr>
        <w:lastRenderedPageBreak/>
        <w:t>VI. WYNIKI OCENY:</w:t>
      </w:r>
    </w:p>
    <w:p w14:paraId="62AFE1C6" w14:textId="02F55174" w:rsidR="00F85714" w:rsidRPr="00166654" w:rsidRDefault="00166654" w:rsidP="00F8571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części 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>III, IV i V: ……….</w:t>
      </w:r>
      <w:r w:rsidR="00117C96" w:rsidRPr="00166654">
        <w:rPr>
          <w:rFonts w:asciiTheme="majorHAnsi" w:eastAsiaTheme="minorHAnsi" w:hAnsiTheme="majorHAnsi" w:cstheme="majorHAnsi"/>
          <w:sz w:val="22"/>
          <w:lang w:val="pl-PL"/>
        </w:rPr>
        <w:t>/2</w:t>
      </w:r>
      <w:r>
        <w:rPr>
          <w:rFonts w:asciiTheme="majorHAnsi" w:eastAsiaTheme="minorHAnsi" w:hAnsiTheme="majorHAnsi" w:cstheme="majorHAnsi"/>
          <w:sz w:val="22"/>
          <w:lang w:val="pl-PL"/>
        </w:rPr>
        <w:t>4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pkt. </w:t>
      </w:r>
    </w:p>
    <w:p w14:paraId="0427FB00" w14:textId="1842858B" w:rsidR="00F85714" w:rsidRPr="000516A1" w:rsidRDefault="00DE7B42" w:rsidP="00802740">
      <w:pPr>
        <w:spacing w:before="240" w:after="0"/>
        <w:rPr>
          <w:rFonts w:asciiTheme="majorHAnsi" w:hAnsiTheme="majorHAnsi" w:cstheme="majorHAnsi"/>
          <w:bCs/>
          <w:sz w:val="22"/>
          <w:lang w:val="pl-PL"/>
        </w:rPr>
      </w:pPr>
      <w:r w:rsidRPr="00DE7B42">
        <w:rPr>
          <w:rFonts w:asciiTheme="majorHAnsi" w:hAnsiTheme="majorHAnsi" w:cstheme="majorHAnsi"/>
          <w:bCs/>
          <w:sz w:val="22"/>
          <w:lang w:val="pl-PL"/>
        </w:rPr>
        <w:t>Podsumowanie i uzasadnienie wyniku oceny</w:t>
      </w:r>
      <w:r w:rsidR="00F85714" w:rsidRPr="000516A1">
        <w:rPr>
          <w:rFonts w:asciiTheme="majorHAnsi" w:hAnsiTheme="majorHAnsi" w:cstheme="majorHAnsi"/>
          <w:bCs/>
          <w:sz w:val="22"/>
          <w:lang w:val="pl-PL"/>
        </w:rPr>
        <w:t>:</w:t>
      </w:r>
    </w:p>
    <w:p w14:paraId="2139BF38" w14:textId="6280E6F5" w:rsidR="00F85714" w:rsidRPr="000516A1" w:rsidRDefault="00F85714" w:rsidP="00802740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851F71" w14:textId="383DEB71" w:rsidR="00F85714" w:rsidRDefault="00F85714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A7E1B27" w14:textId="366B49A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CF66E87" w14:textId="044B0C11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E1AA4B8" w14:textId="09737CA0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2E80B9D4" w14:textId="2172489B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858182F" w14:textId="16523C4F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6BE06981" w14:textId="40953559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72C75AB" w14:textId="3DCE5F0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15B4588E" w14:textId="3307157B" w:rsidR="00D03A5E" w:rsidRPr="000516A1" w:rsidRDefault="00D03A5E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F8571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. KRYTERIA PIERWSZEŃSTWA:</w:t>
      </w:r>
    </w:p>
    <w:p w14:paraId="05962A4E" w14:textId="77777777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</w:p>
    <w:p w14:paraId="23607860" w14:textId="46F6CFFE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  <w:r w:rsidRPr="003D52E0">
        <w:rPr>
          <w:rFonts w:asciiTheme="majorHAnsi" w:hAnsiTheme="majorHAnsi" w:cstheme="majorHAnsi"/>
          <w:b/>
          <w:sz w:val="22"/>
          <w:lang w:val="pl-PL"/>
        </w:rPr>
        <w:t>Uwaga: kryteria pierwszeństwa określone w części IV ust. 10 Programu stosuje się wyłącznie w przypadku, gdy wyniki oceny indywidualnej sytuacji osób zgłoszonych do Programu nie pozwalają na wyłonienie uczestników Programu.</w:t>
      </w:r>
    </w:p>
    <w:p w14:paraId="090D37CD" w14:textId="7C61BC44" w:rsidR="00ED55B8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Proszę wskazać, czy osoba wnioskująca spełnia którekolwiek z poniższych kryteriów pierwszeństwa określonych w części IV ust. 10 Programu</w:t>
      </w:r>
      <w:r w:rsidR="00ED55B8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: </w:t>
      </w:r>
    </w:p>
    <w:p w14:paraId="6DF2FFAA" w14:textId="76D089DD" w:rsidR="00FE13E2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>samotnie zamieszkuj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i gospodaruj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631CA7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oraz </w:t>
      </w:r>
      <w:r w:rsidR="00FE13E2" w:rsidRPr="00504D57">
        <w:rPr>
          <w:rFonts w:asciiTheme="majorHAnsi" w:hAnsiTheme="majorHAnsi" w:cstheme="majorHAnsi"/>
          <w:bCs/>
          <w:color w:val="000000"/>
          <w:sz w:val="22"/>
          <w:lang w:val="pl-PL"/>
        </w:rPr>
        <w:t>nie korzysta ze wsparcia innych osób.</w:t>
      </w:r>
    </w:p>
    <w:p w14:paraId="7F3FDF79" w14:textId="2208BF65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wspólnie zamieszkuj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i gospodaruj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 inną osobą z niepełnosprawnością, spełniającą warunki, o których mowa w części III ust. 2 Programu, przy czym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osoby te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nie ma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ją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możliwości wzajemnego wsparcia oraz nie korzysta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ją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ze wsparcia innych osób.</w:t>
      </w:r>
    </w:p>
    <w:p w14:paraId="506D0EFB" w14:textId="7858FB8C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rodzinnej pieczy zastępczej, w rozumieniu ustawy z dnia 9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 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czerwca 2011 r. o wspieraniu rodziny i systemie pieczy zastępczej (Dz. U. z 202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6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r. poz.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980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),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rodzinie zastępczej (spokrewnionej, niezawodowej lub zawodowej) lub w rodzinnym domu dziecka.</w:t>
      </w:r>
    </w:p>
    <w:p w14:paraId="1BFAD80E" w14:textId="4BD9C560" w:rsidR="00F85714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placówce opiekuńczo-wychowawczej typu rodzinnego w rozumieniu ustawy z dnia 9 czerwca 2011 r. o wspieraniu rodziny i systemie pieczy zastępczej,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tej placówce, 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w której</w:t>
      </w:r>
      <w:r w:rsidR="00631CA7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wyłączną opiekę sprawują małżonkowie lub osoba niepozostająca w związku małżeńskim.</w:t>
      </w:r>
    </w:p>
    <w:p w14:paraId="5CAE29A4" w14:textId="115E215C" w:rsidR="003D52E0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osoba wnioskująca nie spełnia żadnego z powyższych kryteriów</w:t>
      </w:r>
    </w:p>
    <w:p w14:paraId="250745F6" w14:textId="57CFD01A" w:rsidR="00CD12B9" w:rsidRPr="000516A1" w:rsidRDefault="00ED33F4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>Osoby</w:t>
      </w:r>
      <w:r w:rsidR="001800F0" w:rsidRPr="000516A1">
        <w:rPr>
          <w:rFonts w:asciiTheme="majorHAnsi" w:hAnsiTheme="majorHAnsi" w:cstheme="majorHAnsi"/>
          <w:b/>
          <w:sz w:val="22"/>
          <w:lang w:val="pl-PL"/>
        </w:rPr>
        <w:t xml:space="preserve"> dokonujące oceny:</w:t>
      </w:r>
    </w:p>
    <w:p w14:paraId="2313B95F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1. ............................................................................................................................</w:t>
      </w:r>
    </w:p>
    <w:p w14:paraId="46BB4488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2. ............................................................................................................................</w:t>
      </w:r>
    </w:p>
    <w:p w14:paraId="7A8FB3E8" w14:textId="5A6F659D" w:rsidR="00E76B55" w:rsidRPr="000516A1" w:rsidRDefault="00FE74A6" w:rsidP="00FE74A6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3. ............................................................................................................................</w:t>
      </w:r>
    </w:p>
    <w:p w14:paraId="6D63FEF6" w14:textId="7C75CD09" w:rsidR="00630C7D" w:rsidRPr="000516A1" w:rsidRDefault="00630C7D" w:rsidP="00630C7D">
      <w:pPr>
        <w:spacing w:before="600" w:line="360" w:lineRule="auto"/>
        <w:rPr>
          <w:rFonts w:ascii="Calibri" w:hAnsi="Calibri" w:cs="Calibri"/>
          <w:sz w:val="22"/>
          <w:lang w:val="pl-PL"/>
        </w:rPr>
      </w:pPr>
      <w:r w:rsidRPr="000516A1">
        <w:rPr>
          <w:rFonts w:ascii="Calibri" w:hAnsi="Calibri" w:cs="Calibri"/>
          <w:sz w:val="22"/>
          <w:lang w:val="pl-PL"/>
        </w:rPr>
        <w:t>Miejscowość ……………………………………..., data ………………………</w:t>
      </w:r>
      <w:r w:rsidR="005965C9">
        <w:rPr>
          <w:rFonts w:ascii="Calibri" w:hAnsi="Calibri" w:cs="Calibri"/>
          <w:sz w:val="22"/>
          <w:lang w:val="pl-PL"/>
        </w:rPr>
        <w:t>…………………………….</w:t>
      </w:r>
    </w:p>
    <w:p w14:paraId="1940F923" w14:textId="5AF7FC33" w:rsidR="00CD12B9" w:rsidRPr="000516A1" w:rsidRDefault="00E76B55" w:rsidP="002C4A33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Nr karty oceny (nadany przez realizatora Programu):………….……………………………..</w:t>
      </w:r>
    </w:p>
    <w:sectPr w:rsidR="00CD12B9" w:rsidRPr="000516A1" w:rsidSect="00FE74A6">
      <w:footerReference w:type="default" r:id="rId9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B71F5" w14:textId="77777777" w:rsidR="00CF248C" w:rsidRDefault="00CF248C">
      <w:pPr>
        <w:spacing w:after="0"/>
      </w:pPr>
      <w:r>
        <w:separator/>
      </w:r>
    </w:p>
  </w:endnote>
  <w:endnote w:type="continuationSeparator" w:id="0">
    <w:p w14:paraId="3D52BCF3" w14:textId="77777777" w:rsidR="00CF248C" w:rsidRDefault="00CF24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7396427"/>
      <w:docPartObj>
        <w:docPartGallery w:val="Page Numbers (Bottom of Page)"/>
        <w:docPartUnique/>
      </w:docPartObj>
    </w:sdtPr>
    <w:sdtContent>
      <w:p w14:paraId="2ADB9B7B" w14:textId="04E4BA0F" w:rsidR="002517B8" w:rsidRDefault="002517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FE09A22" w14:textId="77777777" w:rsidR="002517B8" w:rsidRDefault="002517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0F84" w14:textId="77777777" w:rsidR="00CF248C" w:rsidRDefault="00CF248C">
      <w:pPr>
        <w:spacing w:after="0"/>
      </w:pPr>
      <w:r>
        <w:separator/>
      </w:r>
    </w:p>
  </w:footnote>
  <w:footnote w:type="continuationSeparator" w:id="0">
    <w:p w14:paraId="6C434D84" w14:textId="77777777" w:rsidR="00CF248C" w:rsidRDefault="00CF24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BA4E08"/>
    <w:multiLevelType w:val="hybridMultilevel"/>
    <w:tmpl w:val="20EC7958"/>
    <w:lvl w:ilvl="0" w:tplc="3684D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93F8A"/>
    <w:multiLevelType w:val="hybridMultilevel"/>
    <w:tmpl w:val="AB36A2CA"/>
    <w:lvl w:ilvl="0" w:tplc="54C8E2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61339"/>
    <w:multiLevelType w:val="hybridMultilevel"/>
    <w:tmpl w:val="3604C0BE"/>
    <w:lvl w:ilvl="0" w:tplc="209C5536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1098"/>
    <w:multiLevelType w:val="multilevel"/>
    <w:tmpl w:val="761ED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ED762B"/>
    <w:multiLevelType w:val="hybridMultilevel"/>
    <w:tmpl w:val="C56432C2"/>
    <w:lvl w:ilvl="0" w:tplc="10A4C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83B03"/>
    <w:multiLevelType w:val="hybridMultilevel"/>
    <w:tmpl w:val="AB321E3C"/>
    <w:lvl w:ilvl="0" w:tplc="2ED2B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E260D"/>
    <w:multiLevelType w:val="hybridMultilevel"/>
    <w:tmpl w:val="F006A26E"/>
    <w:lvl w:ilvl="0" w:tplc="39EEDA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D484A"/>
    <w:multiLevelType w:val="hybridMultilevel"/>
    <w:tmpl w:val="F1D28D5C"/>
    <w:lvl w:ilvl="0" w:tplc="17C67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72BD5"/>
    <w:multiLevelType w:val="hybridMultilevel"/>
    <w:tmpl w:val="15A25E26"/>
    <w:lvl w:ilvl="0" w:tplc="0E149B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5689F"/>
    <w:multiLevelType w:val="hybridMultilevel"/>
    <w:tmpl w:val="F7B0D58C"/>
    <w:lvl w:ilvl="0" w:tplc="2D64D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7797A"/>
    <w:multiLevelType w:val="hybridMultilevel"/>
    <w:tmpl w:val="37DA1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316D"/>
    <w:multiLevelType w:val="hybridMultilevel"/>
    <w:tmpl w:val="6AE8A56C"/>
    <w:lvl w:ilvl="0" w:tplc="672ECC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A73EA"/>
    <w:multiLevelType w:val="hybridMultilevel"/>
    <w:tmpl w:val="4112D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724056">
    <w:abstractNumId w:val="8"/>
  </w:num>
  <w:num w:numId="2" w16cid:durableId="858934798">
    <w:abstractNumId w:val="6"/>
  </w:num>
  <w:num w:numId="3" w16cid:durableId="13925879">
    <w:abstractNumId w:val="5"/>
  </w:num>
  <w:num w:numId="4" w16cid:durableId="2006516751">
    <w:abstractNumId w:val="4"/>
  </w:num>
  <w:num w:numId="5" w16cid:durableId="2065060208">
    <w:abstractNumId w:val="7"/>
  </w:num>
  <w:num w:numId="6" w16cid:durableId="1862088724">
    <w:abstractNumId w:val="3"/>
  </w:num>
  <w:num w:numId="7" w16cid:durableId="1161655058">
    <w:abstractNumId w:val="2"/>
  </w:num>
  <w:num w:numId="8" w16cid:durableId="1530951580">
    <w:abstractNumId w:val="1"/>
  </w:num>
  <w:num w:numId="9" w16cid:durableId="1825462296">
    <w:abstractNumId w:val="0"/>
  </w:num>
  <w:num w:numId="10" w16cid:durableId="1268123485">
    <w:abstractNumId w:val="13"/>
  </w:num>
  <w:num w:numId="11" w16cid:durableId="1561088409">
    <w:abstractNumId w:val="14"/>
  </w:num>
  <w:num w:numId="12" w16cid:durableId="471144427">
    <w:abstractNumId w:val="16"/>
  </w:num>
  <w:num w:numId="13" w16cid:durableId="102725867">
    <w:abstractNumId w:val="18"/>
  </w:num>
  <w:num w:numId="14" w16cid:durableId="30427170">
    <w:abstractNumId w:val="9"/>
  </w:num>
  <w:num w:numId="15" w16cid:durableId="172114959">
    <w:abstractNumId w:val="21"/>
  </w:num>
  <w:num w:numId="16" w16cid:durableId="1367756022">
    <w:abstractNumId w:val="12"/>
  </w:num>
  <w:num w:numId="17" w16cid:durableId="299656613">
    <w:abstractNumId w:val="17"/>
  </w:num>
  <w:num w:numId="18" w16cid:durableId="976301296">
    <w:abstractNumId w:val="15"/>
  </w:num>
  <w:num w:numId="19" w16cid:durableId="647244911">
    <w:abstractNumId w:val="10"/>
  </w:num>
  <w:num w:numId="20" w16cid:durableId="669285763">
    <w:abstractNumId w:val="20"/>
  </w:num>
  <w:num w:numId="21" w16cid:durableId="782773185">
    <w:abstractNumId w:val="19"/>
  </w:num>
  <w:num w:numId="22" w16cid:durableId="213203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6A1"/>
    <w:rsid w:val="0006063C"/>
    <w:rsid w:val="000B7973"/>
    <w:rsid w:val="000E3BB2"/>
    <w:rsid w:val="00102496"/>
    <w:rsid w:val="00105CBC"/>
    <w:rsid w:val="00117C96"/>
    <w:rsid w:val="001266D5"/>
    <w:rsid w:val="0015074B"/>
    <w:rsid w:val="00166654"/>
    <w:rsid w:val="001728C8"/>
    <w:rsid w:val="001800F0"/>
    <w:rsid w:val="001814D2"/>
    <w:rsid w:val="001B7341"/>
    <w:rsid w:val="002207BB"/>
    <w:rsid w:val="002346E4"/>
    <w:rsid w:val="002517B8"/>
    <w:rsid w:val="00252229"/>
    <w:rsid w:val="0029639D"/>
    <w:rsid w:val="002C4A33"/>
    <w:rsid w:val="002F5486"/>
    <w:rsid w:val="003052A7"/>
    <w:rsid w:val="0032312B"/>
    <w:rsid w:val="00326F90"/>
    <w:rsid w:val="003B52A7"/>
    <w:rsid w:val="003C4D21"/>
    <w:rsid w:val="003C5A76"/>
    <w:rsid w:val="003D52E0"/>
    <w:rsid w:val="003F1EE2"/>
    <w:rsid w:val="00407A15"/>
    <w:rsid w:val="004C30C0"/>
    <w:rsid w:val="004C4133"/>
    <w:rsid w:val="004C47E6"/>
    <w:rsid w:val="004D5784"/>
    <w:rsid w:val="005043AA"/>
    <w:rsid w:val="00504D57"/>
    <w:rsid w:val="00535676"/>
    <w:rsid w:val="005536CE"/>
    <w:rsid w:val="00553B07"/>
    <w:rsid w:val="00573D95"/>
    <w:rsid w:val="005965C9"/>
    <w:rsid w:val="005B336C"/>
    <w:rsid w:val="005C3548"/>
    <w:rsid w:val="005D5031"/>
    <w:rsid w:val="005F14B4"/>
    <w:rsid w:val="00630C7D"/>
    <w:rsid w:val="00631CA7"/>
    <w:rsid w:val="00650606"/>
    <w:rsid w:val="00663128"/>
    <w:rsid w:val="006F64D2"/>
    <w:rsid w:val="00761B04"/>
    <w:rsid w:val="007628B9"/>
    <w:rsid w:val="0079563D"/>
    <w:rsid w:val="007A1642"/>
    <w:rsid w:val="007B164A"/>
    <w:rsid w:val="007E01F3"/>
    <w:rsid w:val="007E7A35"/>
    <w:rsid w:val="007F52AD"/>
    <w:rsid w:val="00802740"/>
    <w:rsid w:val="00815F1B"/>
    <w:rsid w:val="00912F58"/>
    <w:rsid w:val="00951D73"/>
    <w:rsid w:val="009567C1"/>
    <w:rsid w:val="00967F08"/>
    <w:rsid w:val="009E1E4B"/>
    <w:rsid w:val="009E2BF9"/>
    <w:rsid w:val="009F3AE3"/>
    <w:rsid w:val="00A84D99"/>
    <w:rsid w:val="00AA1D8D"/>
    <w:rsid w:val="00AA5214"/>
    <w:rsid w:val="00AD54CC"/>
    <w:rsid w:val="00B23A3B"/>
    <w:rsid w:val="00B47730"/>
    <w:rsid w:val="00B531F6"/>
    <w:rsid w:val="00B6776F"/>
    <w:rsid w:val="00BE5278"/>
    <w:rsid w:val="00BF7F15"/>
    <w:rsid w:val="00C51922"/>
    <w:rsid w:val="00C64D84"/>
    <w:rsid w:val="00C95E35"/>
    <w:rsid w:val="00CB0664"/>
    <w:rsid w:val="00CB5637"/>
    <w:rsid w:val="00CD12B9"/>
    <w:rsid w:val="00CD382F"/>
    <w:rsid w:val="00CE187A"/>
    <w:rsid w:val="00CE5086"/>
    <w:rsid w:val="00CE791F"/>
    <w:rsid w:val="00CF248C"/>
    <w:rsid w:val="00D03A5E"/>
    <w:rsid w:val="00D75B14"/>
    <w:rsid w:val="00DA754E"/>
    <w:rsid w:val="00DD4448"/>
    <w:rsid w:val="00DE7B42"/>
    <w:rsid w:val="00DF6D11"/>
    <w:rsid w:val="00E13B10"/>
    <w:rsid w:val="00E3676B"/>
    <w:rsid w:val="00E40248"/>
    <w:rsid w:val="00E45E2B"/>
    <w:rsid w:val="00E46991"/>
    <w:rsid w:val="00E76B55"/>
    <w:rsid w:val="00E9363D"/>
    <w:rsid w:val="00E95ABB"/>
    <w:rsid w:val="00EC72F2"/>
    <w:rsid w:val="00ED33F4"/>
    <w:rsid w:val="00ED4AE9"/>
    <w:rsid w:val="00ED55B8"/>
    <w:rsid w:val="00EF3F0E"/>
    <w:rsid w:val="00F1438D"/>
    <w:rsid w:val="00F26771"/>
    <w:rsid w:val="00F27C14"/>
    <w:rsid w:val="00F85714"/>
    <w:rsid w:val="00FC693F"/>
    <w:rsid w:val="00FD660E"/>
    <w:rsid w:val="00FE13E2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5FDD2"/>
  <w14:defaultImageDpi w14:val="300"/>
  <w15:docId w15:val="{61E69E14-2043-4966-AA62-2C8CA1C7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8C8"/>
    <w:pPr>
      <w:spacing w:after="40" w:line="240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00" w:after="6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3B52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4C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4C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4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517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F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F0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F0E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F3F0E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2255</Words>
  <Characters>13533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Agnieszka Swoboda</cp:lastModifiedBy>
  <cp:revision>4</cp:revision>
  <cp:lastPrinted>2026-09-09T12:13:00Z</cp:lastPrinted>
  <dcterms:created xsi:type="dcterms:W3CDTF">2026-09-08T13:23:00Z</dcterms:created>
  <dcterms:modified xsi:type="dcterms:W3CDTF">2026-09-09T12:14:00Z</dcterms:modified>
  <cp:category/>
</cp:coreProperties>
</file>